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Text für einen Möbelbetrieb</w:t>
      </w:r>
    </w:p>
    <w:p>
      <w:r>
        <w:t>Fiktives Gestaltungsmuster für diese Website. Kein Kundenauftrag. Alle Texte sind bearbeitbar.</w:t>
      </w:r>
    </w:p>
    <w:p>
      <w:pPr>
        <w:pStyle w:val="Heading1"/>
      </w:pPr>
      <w:r>
        <w:t>Dein Zuhause. Dein Möbelstück.</w:t>
      </w:r>
    </w:p>
    <w:p>
      <w:pPr>
        <w:pStyle w:val="Heading1"/>
      </w:pPr>
      <w:r>
        <w:t>Möbel, die zu deinem Alltag passen.</w:t>
      </w:r>
    </w:p>
    <w:p>
      <w:r>
        <w:t>Ein Tisch für die kleine Küche. Ein Regal für die schwierige Ecke. Ein Schrank, der vorhandenen Platz sinnvoll nutzt. Wir gestalten Holzmöbel nach Maß – ausgehend von deinem Raum und deinen Vorstellungen.</w:t>
      </w:r>
    </w:p>
    <w:p>
      <w:pPr>
        <w:pStyle w:val="Heading1"/>
      </w:pPr>
      <w:r>
        <w:t>Von der ersten Idee zur passenden Lösung.</w:t>
      </w:r>
    </w:p>
    <w:p>
      <w:r>
        <w:t>Du hast bereits eine Skizze? Oder weißt nur, was dir an deinem bisherigen Möbel fehlt? Beides ist ein Anfang. Im persönlichen Austausch klären wir Maße, Nutzung und gewünschte Gestaltung.</w:t>
      </w:r>
    </w:p>
    <w:p>
      <w:pPr>
        <w:pStyle w:val="Heading1"/>
      </w:pPr>
      <w:r>
        <w:t>Was wir gemeinsam besprechen.</w:t>
      </w:r>
    </w:p>
    <w:p>
      <w:pPr>
        <w:pStyle w:val="ListBullet"/>
      </w:pPr>
      <w:r>
        <w:t>Wo soll das Möbel stehen und wie wird es genutzt?</w:t>
      </w:r>
    </w:p>
    <w:p>
      <w:pPr>
        <w:pStyle w:val="ListBullet"/>
      </w:pPr>
      <w:r>
        <w:t>Welche Maße, Materialien und Details sind dir wichtig?</w:t>
      </w:r>
    </w:p>
    <w:p>
      <w:pPr>
        <w:pStyle w:val="ListBullet"/>
      </w:pPr>
      <w:r>
        <w:t>Welcher Umfang und welcher Zeitrahmen passen zu deinem Vorhaben?</w:t>
      </w:r>
    </w:p>
    <w:p>
      <w:pPr>
        <w:pStyle w:val="Heading1"/>
      </w:pPr>
      <w:r>
        <w:t>Erzähl uns von deiner Idee.</w:t>
      </w:r>
    </w:p>
    <w:p>
      <w:r>
        <w:t>Beschreibe kurz, was du dir wünschst. Eine grobe Skizze und die wichtigsten Maße helfen beim Einstieg. Danach klären wir gemeinsam, welche Informationen für ein passendes Angebot noch fehlen.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Fennklar · Muster zur freien Bearbeitung · Fiktive Inhalte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FENNKLAR   /   ARBEITSPROBE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Text für einen Möbelbetrieb</dc:title>
  <dc:subject>Fiktive Arbeitsprobe</dc:subject>
  <dc:creator>Fennklar</dc:creator>
  <cp:keywords/>
  <dc:description>generated by python-docx</dc:description>
  <cp:lastModifiedBy>Fennklar</cp:lastModifiedBy>
  <cp:revision>1</cp:revision>
  <dcterms:created xsi:type="dcterms:W3CDTF">2013-12-23T23:15:00Z</dcterms:created>
  <dcterms:modified xsi:type="dcterms:W3CDTF">2013-12-23T23:15:00Z</dcterms:modified>
  <cp:category/>
</cp:coreProperties>
</file>